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prova di LAM 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